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משהו קצת אחר (קפקא)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הסיפור 'היציאה' מאת קפקא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ולזהות פרדוקס, סמל ומשל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סגנון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גיבור המספר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מכאן והלאה, בלי יעד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 פנימי שנראה בלתי אפשרי אך מכיל 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הוא אומר שהרעב עצמו יעזור לו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לאן אתה 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סיפור קצר שמעביר רעיון או מוסר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סיפור קצר מאת קפקא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אומר רק שהוא רוצה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פרדוקס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סמל פתוח לפרשנויות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המטרה שלו היא רק לצאת, בלי יעד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פרדוקס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(חופש או בריחה)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(מעבר או התחלה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(קריאה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(החיים 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(ביטחון או הכנה מראש)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מבקש מהמשרת להוציא את הסוס מהאורווה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המשרת שואל לאן הדובר מתכוון לנסוע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 עונה שהמטרה שלו היא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המשרת שואל איך יסתדר בלי צידה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הדובר אומר שהמסע כה גדול שהרעב יעזור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קובע מטרה (לצאת) אבל בלי יעד אמיתי, כך שהמטרה היא בעצם היעדר מטרה - זה הניגוד הפנימי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ניגוד פנימי הנראה בלתי אפשרי אך מכיל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רלוונטית מהטקסט (המטרה/הצידה) או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לקשר בין הסמל למשמעות שהוצעה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פעמיים - פעם ראשונה להתרשמות, פעם שנייה לניתוח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לעבודה בזוגות על הסמלים כדאי לחלק מראש מי בוחר איזה סמל כדי לחסוך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להפוך את המשימה הפתוחה לפסקת השוואה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משהו קצת אחר (קפקא)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סיפור קצר של קפקא. אדם רוצה לנסוע אבל לא יודע לאן. נלמד מילה חדשה: פרדוקס. גם נכתוב המשך קצר לסיפור.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פרדוקס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עם סתירה פנימית שנשמע מוזר אבל יש בו 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דימוי שיש לו משמעות נוספת מעבר למשמעות הפשוטה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שמעביר רעיון או מוסר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שתי דמויות או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הדמות שמספרת את הסיפור או אומרת את הדברים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זווית ראייה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הנקודה שממנה מסופר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שאדם שואף להשיג או להגיע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 בסיפור ואומר 'אני'?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קפקא עצמו כמחבר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גיבור המספר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הדובר אומר על היעד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לעיר הסמוכה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מכאן והלאה, בלי יעד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לפגוש חבר ותיק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פרדוקס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 פנימי שנראה בלתי אפשרי אך מכיל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נוף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עם סוף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אין לדובר אוכל לדרך?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אומר שהרעב עצמו יעזור לו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שוכח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המשרת לא נותן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המשרת שואל את הדובר?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שלומך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 אתה נוסע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כסף יש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יטפל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 שמעביר רעיון או מוסר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ארוך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דמות היסטורית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'היציאה' נכתב בידי קפקא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בסיפור יודע בדיוק לאן הוא נוסע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פרדוקס הוא משפט שמכיל סתירה פנימית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יכול לשאת יותר ממשמעות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בסיפור, הדובר מסביר בדיוק מה המטרה הסופית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עונה למשרת שהמטרה שלו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הדמות שעוזרת לדובר להוציא את הסוס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מושג שמתאר ניגוד פנימי הנראה בלתי אפשרי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דימוי או חפץ שנושא משמעות נוספת מעבר למשמעותו הפשוטה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סיפור קצר שמעביר מוסר או רעיון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מעבר או התחלה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ביטחון או הכנה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חצוצרה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החיים 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חופש או בריחה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חוסר בצידה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קריאה או אזהרה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המשרת שואל לאן הדובר מתכוון לנסוע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המשרת שואל איך יסתדר בלי צידה לדרך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אומר שהמסע כה גדול שהרעב יעזור 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עונה שהמטרה שלו היא לצאת מכאן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מבקש מהמשרת להוציא את הסוס מהאורווה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הפרדוקס במשפט של הדובר על המטרה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פרדוקס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לפרדוקס מן הטקסט או מן החיים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סמל אחד מהסיפור והסבירו משמעות אפשרית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משהו קצת אחר (קפקא)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