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משהו קצת אחר (קפקא)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הסיפור 'היציאה' מאת קפקא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ולזהות פרדוקס, סמל ומשל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סגנון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גיבור המספר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מכאן והלאה, בלי יעד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סיפור קצר מאת קפקא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אומר רק שהוא רוצה לצאת מכאן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(חופש או בריחה)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(מעבר או התחלה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(קריאה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(החיים עצמם)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מבקש מהמשרת להוציא את הסוס מהאורווה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המשרת שואל לאן הדובר מתכוון לנסוע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 עונה שהמטרה שלו היא לצאת מכאן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המשרת שואל איך יסתדר בלי צידה לדרך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ניגוד פנימי הנראה בלתי אפשרי אך מכיל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רלוונטית מהטקסט (המטרה/הצידה) או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לקשר בין הסמל למשמעות שהוצעה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פעמיים - פעם ראשונה להתרשמות, פעם שנייה לניתוח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לעבודה בזוגות על הסמלים כדאי לחלק מראש מי בוחר איזה סמל כדי לחסוך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להפוך את המשימה הפתוחה לפסקת השוואה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משהו קצת אחר (קפקא)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נכיר סיפור קצר ומוזר של קפקא, שבו דובר מבקש לצאת לדרך בלי לדעת לאן. נלמד מהו פרדוקס, נחפש סמלים בטקסט, ונכתוב המשך קצר בהשראת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לצאת מכאן  ·  משרת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מספר את הסיפור 'היציאה'?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קפקא עצמו כמחבר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גיבור המספר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עונה הדובר כששואלים אותו לאן הוא נוסע?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לעיר הסמוכה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מכאן והלאה, בלי יעד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לפגוש חבר ותיק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'היציאה' נכתב בידי קפקא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בסיפור יודע בדיוק לאן הוא נוסע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הדובר עונה למשרת שהמטרה שלו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הדמות שעוזרת לדובר להוציא את הסוס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מעבר או התחלה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חופש או בריחה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חצוצרה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החיים 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קריאה או אזהרה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המשרת שואל איך יסתדר בלי צידה לדרך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עונה שהמטרה שלו היא לצאת מכאן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המשרת שואל לאן הדובר מתכוון לנסוע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מבקש מהמשרת להוציא את הסוס מהאורווה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פרדוקס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לפרדוקס מן הטקסט או מן החיים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משהו קצת אחר (קפקא)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